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B7CB73" w14:textId="77777777" w:rsidR="00733DAD" w:rsidRDefault="00000000">
      <w:pPr>
        <w:jc w:val="center"/>
      </w:pPr>
      <w:r>
        <w:t>GELTENDMACHUNG VON RECHTEN WEGEN MANGELHAFTER LEISTUNG (REKLAMATION)</w:t>
      </w:r>
    </w:p>
    <w:tbl>
      <w:tblPr>
        <w:tblW w:w="0" w:type="auto"/>
        <w:jc w:val="center"/>
        <w:tblLayout w:type="fixed"/>
        <w:tblLook w:val="04A0" w:firstRow="1" w:lastRow="0" w:firstColumn="1" w:lastColumn="0" w:noHBand="0" w:noVBand="1"/>
      </w:tblPr>
      <w:tblGrid>
        <w:gridCol w:w="5270"/>
        <w:gridCol w:w="5270"/>
      </w:tblGrid>
      <w:tr w:rsidR="00733DAD" w14:paraId="461F8705" w14:textId="77777777">
        <w:trPr>
          <w:jc w:val="center"/>
        </w:trPr>
        <w:tc>
          <w:tcPr>
            <w:tcW w:w="5270" w:type="dxa"/>
            <w:tcBorders>
              <w:top w:val="nil"/>
              <w:left w:val="nil"/>
              <w:bottom w:val="nil"/>
              <w:right w:val="nil"/>
            </w:tcBorders>
            <w:vAlign w:val="center"/>
          </w:tcPr>
          <w:p w14:paraId="6404CF12" w14:textId="77777777" w:rsidR="00C6453A" w:rsidRDefault="00000000">
            <w:r>
              <w:t>Vor- und Nachname: ........................................................</w:t>
            </w:r>
          </w:p>
        </w:tc>
        <w:tc>
          <w:tcPr>
            <w:tcW w:w="5270" w:type="dxa"/>
            <w:tcBorders>
              <w:top w:val="nil"/>
              <w:left w:val="nil"/>
              <w:bottom w:val="nil"/>
              <w:right w:val="nil"/>
            </w:tcBorders>
            <w:vAlign w:val="center"/>
          </w:tcPr>
          <w:p w14:paraId="2788CCA4" w14:textId="77777777" w:rsidR="00733DAD" w:rsidRDefault="00000000">
            <w:pPr>
              <w:spacing w:after="0"/>
            </w:pPr>
            <w:r>
              <w:t>DATAMATRIX s.r.o.</w:t>
            </w:r>
          </w:p>
        </w:tc>
      </w:tr>
      <w:tr w:rsidR="00733DAD" w14:paraId="35CD7C34" w14:textId="77777777">
        <w:trPr>
          <w:jc w:val="center"/>
        </w:trPr>
        <w:tc>
          <w:tcPr>
            <w:tcW w:w="5270" w:type="dxa"/>
            <w:tcBorders>
              <w:top w:val="nil"/>
              <w:left w:val="nil"/>
              <w:bottom w:val="nil"/>
              <w:right w:val="nil"/>
            </w:tcBorders>
            <w:vAlign w:val="center"/>
          </w:tcPr>
          <w:p w14:paraId="428BA3AE" w14:textId="77777777" w:rsidR="00C6453A" w:rsidRDefault="00000000">
            <w:r>
              <w:t>Anschrift: ........................................................................</w:t>
            </w:r>
          </w:p>
        </w:tc>
        <w:tc>
          <w:tcPr>
            <w:tcW w:w="5270" w:type="dxa"/>
            <w:tcBorders>
              <w:top w:val="nil"/>
              <w:left w:val="nil"/>
              <w:bottom w:val="nil"/>
              <w:right w:val="nil"/>
            </w:tcBorders>
            <w:vAlign w:val="center"/>
          </w:tcPr>
          <w:p w14:paraId="02133463" w14:textId="77777777" w:rsidR="00733DAD" w:rsidRDefault="00000000">
            <w:pPr>
              <w:spacing w:after="0"/>
            </w:pPr>
            <w:r>
              <w:t>IČ: 08220697</w:t>
            </w:r>
          </w:p>
        </w:tc>
      </w:tr>
      <w:tr w:rsidR="00733DAD" w14:paraId="6DFFD70C" w14:textId="77777777">
        <w:trPr>
          <w:jc w:val="center"/>
        </w:trPr>
        <w:tc>
          <w:tcPr>
            <w:tcW w:w="5270" w:type="dxa"/>
            <w:tcBorders>
              <w:top w:val="nil"/>
              <w:left w:val="nil"/>
              <w:bottom w:val="nil"/>
              <w:right w:val="nil"/>
            </w:tcBorders>
            <w:vAlign w:val="center"/>
          </w:tcPr>
          <w:p w14:paraId="2722A040" w14:textId="77777777" w:rsidR="00C6453A" w:rsidRDefault="00000000">
            <w:r>
              <w:t>Telefon / E-Mail: ...........................................................</w:t>
            </w:r>
          </w:p>
        </w:tc>
        <w:tc>
          <w:tcPr>
            <w:tcW w:w="5270" w:type="dxa"/>
            <w:tcBorders>
              <w:top w:val="nil"/>
              <w:left w:val="nil"/>
              <w:bottom w:val="nil"/>
              <w:right w:val="nil"/>
            </w:tcBorders>
            <w:vAlign w:val="center"/>
          </w:tcPr>
          <w:p w14:paraId="766A7B0F" w14:textId="77777777" w:rsidR="00733DAD" w:rsidRDefault="00000000">
            <w:pPr>
              <w:spacing w:after="0"/>
            </w:pPr>
            <w:r>
              <w:t>Na Folimance 2155/15, 120 00 Praha</w:t>
            </w:r>
          </w:p>
        </w:tc>
      </w:tr>
      <w:tr w:rsidR="00733DAD" w14:paraId="67608CDC" w14:textId="77777777">
        <w:trPr>
          <w:jc w:val="center"/>
        </w:trPr>
        <w:tc>
          <w:tcPr>
            <w:tcW w:w="5270" w:type="dxa"/>
            <w:tcBorders>
              <w:top w:val="nil"/>
              <w:left w:val="nil"/>
              <w:bottom w:val="nil"/>
              <w:right w:val="nil"/>
            </w:tcBorders>
            <w:vAlign w:val="center"/>
          </w:tcPr>
          <w:p w14:paraId="0AE9D715" w14:textId="77777777" w:rsidR="00C6453A" w:rsidRDefault="00000000">
            <w:r>
              <w:t>Bestell-/Belegnummer: ...........................................</w:t>
            </w:r>
          </w:p>
        </w:tc>
        <w:tc>
          <w:tcPr>
            <w:tcW w:w="5270" w:type="dxa"/>
            <w:tcBorders>
              <w:top w:val="nil"/>
              <w:left w:val="nil"/>
              <w:bottom w:val="nil"/>
              <w:right w:val="nil"/>
            </w:tcBorders>
            <w:vAlign w:val="center"/>
          </w:tcPr>
          <w:p w14:paraId="47ECED83" w14:textId="143B9738" w:rsidR="00733DAD" w:rsidRDefault="00000000">
            <w:pPr>
              <w:spacing w:after="0"/>
            </w:pPr>
            <w:r>
              <w:t>info@eroute.</w:t>
            </w:r>
            <w:r w:rsidR="00856A04">
              <w:t>at</w:t>
            </w:r>
          </w:p>
        </w:tc>
      </w:tr>
    </w:tbl>
    <w:p w14:paraId="7E08BEB1" w14:textId="77777777" w:rsidR="00733DAD" w:rsidRDefault="00000000">
      <w:r>
        <w:t>Datum der Reklamation: ........................................</w:t>
      </w:r>
    </w:p>
    <w:p w14:paraId="30888649" w14:textId="77777777" w:rsidR="00733DAD" w:rsidRDefault="00000000">
      <w:r>
        <w:t>Reklamiertes Gerät:</w:t>
      </w:r>
    </w:p>
    <w:p w14:paraId="00946D46" w14:textId="77777777" w:rsidR="00733DAD" w:rsidRDefault="00000000">
      <w:r>
        <w:t>................................................................................................................................................................</w:t>
      </w:r>
    </w:p>
    <w:p w14:paraId="5930C63C" w14:textId="77777777" w:rsidR="00733DAD" w:rsidRDefault="00000000">
      <w:r>
        <w:t>Beschreibung des Mangels:</w:t>
      </w:r>
    </w:p>
    <w:p w14:paraId="3F31C14B" w14:textId="77777777" w:rsidR="00733DAD" w:rsidRDefault="00000000">
      <w:r>
        <w:t>................................................................................................................................................................</w:t>
      </w:r>
      <w:r>
        <w:br/>
        <w:t>................................................................................................................................................................</w:t>
      </w:r>
    </w:p>
    <w:p w14:paraId="72D122D9" w14:textId="77777777" w:rsidR="00733DAD" w:rsidRDefault="00000000">
      <w:r>
        <w:t>Gewünschte Art der Reklamationsabwicklung:</w:t>
      </w:r>
    </w:p>
    <w:p w14:paraId="5C32DF68" w14:textId="77777777" w:rsidR="00733DAD" w:rsidRDefault="00000000">
      <w:r>
        <w:t>☐ Reparatur     ☐ Austausch     ☐ anderer Wunsch: ................................................................................................</w:t>
      </w:r>
    </w:p>
    <w:p w14:paraId="26B18D4C" w14:textId="77777777" w:rsidR="00733DAD" w:rsidRDefault="00000000">
      <w:r>
        <w:t>Art der Übergabe des reklamierten Geräts zur Prüfung:</w:t>
      </w:r>
    </w:p>
    <w:p w14:paraId="04866166" w14:textId="77777777" w:rsidR="00733DAD" w:rsidRDefault="00000000">
      <w:r>
        <w:t>☐ Eroute-Techniker     ☐ externer Transportdienstleister     ☐ persönlich im Eroute-Servicezentrum</w:t>
      </w:r>
    </w:p>
    <w:p w14:paraId="32532FCA" w14:textId="77777777" w:rsidR="00733DAD" w:rsidRDefault="00000000">
      <w:r>
        <w:t>Servicezentrum: Stará Kysibelská 695/73b, 360 20 Karlovy Vary 1</w:t>
      </w:r>
    </w:p>
    <w:tbl>
      <w:tblPr>
        <w:tblW w:w="0" w:type="auto"/>
        <w:jc w:val="center"/>
        <w:tblLayout w:type="fixed"/>
        <w:tblLook w:val="04A0" w:firstRow="1" w:lastRow="0" w:firstColumn="1" w:lastColumn="0" w:noHBand="0" w:noVBand="1"/>
      </w:tblPr>
      <w:tblGrid>
        <w:gridCol w:w="4195"/>
        <w:gridCol w:w="5556"/>
      </w:tblGrid>
      <w:tr w:rsidR="00733DAD" w14:paraId="7516E0E5" w14:textId="77777777">
        <w:trPr>
          <w:jc w:val="center"/>
        </w:trPr>
        <w:tc>
          <w:tcPr>
            <w:tcW w:w="4195" w:type="dxa"/>
          </w:tcPr>
          <w:p w14:paraId="3C5D38E4" w14:textId="77777777" w:rsidR="00C6453A" w:rsidRDefault="00000000">
            <w:r>
              <w:t>Vereinbarter Transport-/Übergabetermin:</w:t>
            </w:r>
          </w:p>
        </w:tc>
        <w:tc>
          <w:tcPr>
            <w:tcW w:w="5556" w:type="dxa"/>
          </w:tcPr>
          <w:p w14:paraId="5F5C5ADE" w14:textId="77777777" w:rsidR="00733DAD" w:rsidRDefault="00000000">
            <w:pPr>
              <w:spacing w:after="0"/>
            </w:pPr>
            <w:r>
              <w:t>........................................................</w:t>
            </w:r>
          </w:p>
        </w:tc>
      </w:tr>
      <w:tr w:rsidR="00733DAD" w14:paraId="77D37251" w14:textId="77777777">
        <w:trPr>
          <w:jc w:val="center"/>
        </w:trPr>
        <w:tc>
          <w:tcPr>
            <w:tcW w:w="4195" w:type="dxa"/>
          </w:tcPr>
          <w:p w14:paraId="09BEA0C3" w14:textId="77777777" w:rsidR="00C6453A" w:rsidRDefault="00000000">
            <w:r>
              <w:t>Datum der Anlieferung / Übergabe an den Techniker:</w:t>
            </w:r>
          </w:p>
        </w:tc>
        <w:tc>
          <w:tcPr>
            <w:tcW w:w="5556" w:type="dxa"/>
          </w:tcPr>
          <w:p w14:paraId="712A1E25" w14:textId="77777777" w:rsidR="00733DAD" w:rsidRDefault="00000000">
            <w:pPr>
              <w:spacing w:after="0"/>
            </w:pPr>
            <w:r>
              <w:t>........................................................</w:t>
            </w:r>
          </w:p>
        </w:tc>
      </w:tr>
      <w:tr w:rsidR="00733DAD" w14:paraId="62C80D84" w14:textId="77777777">
        <w:trPr>
          <w:jc w:val="center"/>
        </w:trPr>
        <w:tc>
          <w:tcPr>
            <w:tcW w:w="4195" w:type="dxa"/>
          </w:tcPr>
          <w:p w14:paraId="05D57774" w14:textId="77777777" w:rsidR="00C6453A" w:rsidRDefault="00000000">
            <w:r>
              <w:t>Vereinbarte Transportkosten:</w:t>
            </w:r>
          </w:p>
        </w:tc>
        <w:tc>
          <w:tcPr>
            <w:tcW w:w="5556" w:type="dxa"/>
          </w:tcPr>
          <w:p w14:paraId="69545183" w14:textId="77777777" w:rsidR="00733DAD" w:rsidRDefault="00000000">
            <w:pPr>
              <w:spacing w:after="0"/>
            </w:pPr>
            <w:r>
              <w:t>........................................ Kč</w:t>
            </w:r>
          </w:p>
        </w:tc>
      </w:tr>
    </w:tbl>
    <w:p w14:paraId="2FBB759E" w14:textId="0B362D1F" w:rsidR="00733DAD" w:rsidRDefault="00000000" w:rsidP="00A0313B">
      <w:r>
        <w:t xml:space="preserve">Informationen zur Übergabe und zum Transport: Wird der Transport mit dem Verkäufer vereinbart, werden Transportart, Termin und Preis vorab abgestimmt und die vereinbarten Kosten vom Kunden im Voraus bezahlt. Wird die Reklamation als berechtigt anerkannt und ein Garantiefall bestätigt, werden dem Kunden die zweckmäßig aufgewendeten Kosten des vereinbarten Transports erstattet. Zur Prüfung der Reklamation ist der Kunde verpflichtet, die Untersuchung des reklamierten Geräts zu ermöglichen. Solange der Kunde die erforderliche Mitwirkung nicht leistet und die Untersuchung nicht ermöglicht, kann die 30-tägige Frist zur Bearbeitung der Reklamation nicht laufen. Einzelheiten regelt Art. 7.13 der Allgemeinen Geschäftsbedingungen von </w:t>
      </w:r>
      <w:proofErr w:type="spellStart"/>
      <w:r>
        <w:t>Eroute</w:t>
      </w:r>
      <w:proofErr w:type="spellEnd"/>
      <w:r>
        <w:t xml:space="preserve"> </w:t>
      </w:r>
      <w:proofErr w:type="spellStart"/>
      <w:r>
        <w:t>unter</w:t>
      </w:r>
      <w:proofErr w:type="spellEnd"/>
      <w:r>
        <w:t xml:space="preserve"> </w:t>
      </w:r>
      <w:r w:rsidR="00AC63ED" w:rsidRPr="00AC63ED">
        <w:t>https://www.eroute.ch/bedingungen-und-konditionen/</w:t>
      </w:r>
      <w:r w:rsidR="00AC63ED">
        <w:t>.</w:t>
      </w:r>
    </w:p>
    <w:p w14:paraId="459C011F" w14:textId="77777777" w:rsidR="00B5348E" w:rsidRDefault="00B5348E" w:rsidP="00A0313B"/>
    <w:tbl>
      <w:tblPr>
        <w:tblW w:w="0" w:type="auto"/>
        <w:tblLayout w:type="fixed"/>
        <w:tblLook w:val="04A0" w:firstRow="1" w:lastRow="0" w:firstColumn="1" w:lastColumn="0" w:noHBand="0" w:noVBand="1"/>
      </w:tblPr>
      <w:tblGrid>
        <w:gridCol w:w="5270"/>
        <w:gridCol w:w="5270"/>
      </w:tblGrid>
      <w:tr w:rsidR="00733DAD" w14:paraId="059E4988" w14:textId="77777777">
        <w:tc>
          <w:tcPr>
            <w:tcW w:w="5270" w:type="dxa"/>
            <w:tcBorders>
              <w:top w:val="nil"/>
              <w:left w:val="nil"/>
              <w:bottom w:val="nil"/>
              <w:right w:val="nil"/>
            </w:tcBorders>
          </w:tcPr>
          <w:p w14:paraId="0CE3CA1F" w14:textId="77777777" w:rsidR="00C6453A" w:rsidRDefault="00000000">
            <w:r>
              <w:t>Ort ................................ Datum ...............................</w:t>
            </w:r>
          </w:p>
        </w:tc>
        <w:tc>
          <w:tcPr>
            <w:tcW w:w="5270" w:type="dxa"/>
            <w:tcBorders>
              <w:top w:val="nil"/>
              <w:left w:val="nil"/>
              <w:bottom w:val="nil"/>
              <w:right w:val="nil"/>
            </w:tcBorders>
          </w:tcPr>
          <w:p w14:paraId="19CDC228" w14:textId="77777777" w:rsidR="00C6453A" w:rsidRDefault="00000000">
            <w:r>
              <w:t>Unterschrift des Kunden: ........................................</w:t>
            </w:r>
          </w:p>
        </w:tc>
      </w:tr>
      <w:tr w:rsidR="00733DAD" w14:paraId="75BF1787" w14:textId="77777777">
        <w:tc>
          <w:tcPr>
            <w:tcW w:w="5270" w:type="dxa"/>
            <w:tcBorders>
              <w:top w:val="nil"/>
              <w:left w:val="nil"/>
              <w:bottom w:val="nil"/>
              <w:right w:val="nil"/>
            </w:tcBorders>
          </w:tcPr>
          <w:p w14:paraId="2477A772" w14:textId="77777777" w:rsidR="00C6453A" w:rsidRDefault="00000000">
            <w:r>
              <w:t>Anlage: Kopie des Kaufbelegs</w:t>
            </w:r>
          </w:p>
        </w:tc>
        <w:tc>
          <w:tcPr>
            <w:tcW w:w="5270" w:type="dxa"/>
            <w:tcBorders>
              <w:top w:val="nil"/>
              <w:left w:val="nil"/>
              <w:bottom w:val="nil"/>
              <w:right w:val="nil"/>
            </w:tcBorders>
          </w:tcPr>
          <w:p w14:paraId="1D5F8D5E" w14:textId="77777777" w:rsidR="00733DAD" w:rsidRDefault="00733DAD">
            <w:pPr>
              <w:spacing w:after="0"/>
            </w:pPr>
          </w:p>
        </w:tc>
      </w:tr>
    </w:tbl>
    <w:p w14:paraId="3EF681B7" w14:textId="77777777" w:rsidR="001A2B25" w:rsidRDefault="001A2B25"/>
    <w:sectPr w:rsidR="001A2B25" w:rsidSect="00034616">
      <w:pgSz w:w="12240" w:h="15840"/>
      <w:pgMar w:top="709" w:right="850" w:bottom="68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2049523224">
    <w:abstractNumId w:val="8"/>
  </w:num>
  <w:num w:numId="2" w16cid:durableId="607390651">
    <w:abstractNumId w:val="6"/>
  </w:num>
  <w:num w:numId="3" w16cid:durableId="1606696778">
    <w:abstractNumId w:val="5"/>
  </w:num>
  <w:num w:numId="4" w16cid:durableId="221870747">
    <w:abstractNumId w:val="4"/>
  </w:num>
  <w:num w:numId="5" w16cid:durableId="1377706594">
    <w:abstractNumId w:val="7"/>
  </w:num>
  <w:num w:numId="6" w16cid:durableId="503715057">
    <w:abstractNumId w:val="3"/>
  </w:num>
  <w:num w:numId="7" w16cid:durableId="241985965">
    <w:abstractNumId w:val="2"/>
  </w:num>
  <w:num w:numId="8" w16cid:durableId="2093700545">
    <w:abstractNumId w:val="1"/>
  </w:num>
  <w:num w:numId="9" w16cid:durableId="2381033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2B25"/>
    <w:rsid w:val="0029639D"/>
    <w:rsid w:val="00326F90"/>
    <w:rsid w:val="00634BA2"/>
    <w:rsid w:val="00733DAD"/>
    <w:rsid w:val="007B53A4"/>
    <w:rsid w:val="00856A04"/>
    <w:rsid w:val="00A0313B"/>
    <w:rsid w:val="00AA1D8D"/>
    <w:rsid w:val="00AC63ED"/>
    <w:rsid w:val="00B47730"/>
    <w:rsid w:val="00B5348E"/>
    <w:rsid w:val="00BC031E"/>
    <w:rsid w:val="00C6453A"/>
    <w:rsid w:val="00CB0664"/>
    <w:rsid w:val="00E64B24"/>
    <w:rsid w:val="00ED6C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E67D0E"/>
  <w14:defaultImageDpi w14:val="300"/>
  <w15:docId w15:val="{25533B9D-E61B-3247-8C28-58D7E1D1C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40" w:line="240" w:lineRule="auto"/>
    </w:pPr>
    <w:rPr>
      <w:rFonts w:ascii="Arial" w:hAnsi="Arial"/>
      <w:sz w:val="18"/>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rPr>
      <w:b/>
      <w:bCs/>
      <w:color w:val="4F81BD" w:themeColor="accent1"/>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textovodkaz">
    <w:name w:val="Hyperlink"/>
    <w:basedOn w:val="Standardnpsmoodstavce"/>
    <w:uiPriority w:val="99"/>
    <w:unhideWhenUsed/>
    <w:rsid w:val="00ED6C69"/>
    <w:rPr>
      <w:color w:val="0000FF" w:themeColor="hyperlink"/>
      <w:u w:val="single"/>
    </w:rPr>
  </w:style>
  <w:style w:type="character" w:styleId="Nevyeenzmnka">
    <w:name w:val="Unresolved Mention"/>
    <w:basedOn w:val="Standardnpsmoodstavce"/>
    <w:uiPriority w:val="99"/>
    <w:semiHidden/>
    <w:unhideWhenUsed/>
    <w:rsid w:val="00ED6C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209</Words>
  <Characters>2504</Characters>
  <Application>Microsoft Office Word</Application>
  <DocSecurity>0</DocSecurity>
  <Lines>39</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Datamatrix s.r.o.</cp:lastModifiedBy>
  <cp:revision>2</cp:revision>
  <dcterms:created xsi:type="dcterms:W3CDTF">2026-10-04T17:12:00Z</dcterms:created>
  <dcterms:modified xsi:type="dcterms:W3CDTF">2026-10-04T17:12:00Z</dcterms:modified>
  <cp:category/>
</cp:coreProperties>
</file>